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93A5" w14:textId="77777777" w:rsidR="00E33A4C" w:rsidRDefault="00E33A4C" w:rsidP="002D44C7">
      <w:pPr>
        <w:spacing w:after="0" w:line="240" w:lineRule="auto"/>
      </w:pPr>
      <w:r>
        <w:separator/>
      </w:r>
    </w:p>
  </w:footnote>
  <w:footnote w:type="continuationSeparator" w:id="0">
    <w:p w14:paraId="08EF39E0" w14:textId="77777777" w:rsidR="00E33A4C" w:rsidRDefault="00E33A4C" w:rsidP="002D4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44C7"/>
    <w:rsid w:val="00326F90"/>
    <w:rsid w:val="00A138E4"/>
    <w:rsid w:val="00AA1D8D"/>
    <w:rsid w:val="00AE7899"/>
    <w:rsid w:val="00B47730"/>
    <w:rsid w:val="00CB0664"/>
    <w:rsid w:val="00E27DEF"/>
    <w:rsid w:val="00E33A4C"/>
    <w:rsid w:val="00F151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4BE6A5"/>
  <w14:defaultImageDpi w14:val="300"/>
  <w15:docId w15:val="{D22D0E67-F4E5-464B-B288-951D2035CE0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</CharactersWithSpaces>
  <SharedDoc>false</SharedDoc>
  <HyperlinkBase/>
  <HyperlinksChanged>false</HyperlinksChanged>
  <AppVersion>16.0000</AppVersion>
</Properties>
</file>